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Carta Documento - Reclamo por Deuda Inexistente</w:t>
      </w:r>
    </w:p>
    <w:p>
      <w:r>
        <w:t>[Nombre y Apellido del Remitente]</w:t>
      </w:r>
    </w:p>
    <w:p>
      <w:r>
        <w:t>[DNI: __________]</w:t>
      </w:r>
    </w:p>
    <w:p>
      <w:r>
        <w:t>[Domicilio: __________________________________________]</w:t>
      </w:r>
    </w:p>
    <w:p>
      <w:r>
        <w:t>[Email / Teléfono: ____________________________________]</w:t>
      </w:r>
    </w:p>
    <w:p/>
    <w:p>
      <w:r>
        <w:t>A: EQUIFAX ARGENTINA S.A. (VERAZ)</w:t>
      </w:r>
    </w:p>
    <w:p>
      <w:r>
        <w:t>Av. Corrientes 311, C1043AAG, C.A.B.A.</w:t>
      </w:r>
    </w:p>
    <w:p/>
    <w:p>
      <w:r>
        <w:t>Fecha: ___ / ___ / ______</w:t>
      </w:r>
    </w:p>
    <w:p/>
    <w:p>
      <w:r>
        <w:t>Me dirijo a ustedes en mi carácter de titular de los datos personales para **intimar la eliminación inmediata** de la deuda que figura asociada a mi nombre y DNI, la cual resulta **ABSOLUTAMENTE INEXISTENTE**.</w:t>
      </w:r>
    </w:p>
    <w:p/>
    <w:p>
      <w:r>
        <w:t>Detalle de la información errónea:</w:t>
      </w:r>
    </w:p>
    <w:p>
      <w:r>
        <w:t>– Empresa informante: __________________________</w:t>
      </w:r>
    </w:p>
    <w:p>
      <w:r>
        <w:t>– Monto: $________________</w:t>
      </w:r>
    </w:p>
    <w:p>
      <w:r>
        <w:t>– Fecha informada: __________________________</w:t>
      </w:r>
    </w:p>
    <w:p/>
    <w:p>
      <w:r>
        <w:t>Desconozco por completo dicha supuesta obligación. En virtud de lo dispuesto por la Ley 25.326 y los artículos 14 y 16, intimo a que en un plazo máximo de 5 días hábiles procedan a:</w:t>
      </w:r>
    </w:p>
    <w:p>
      <w:r>
        <w:t>1. Eliminar de forma definitiva la información mencionada.</w:t>
      </w:r>
    </w:p>
    <w:p>
      <w:r>
        <w:t>2. Notificarme por escrito la eliminación.</w:t>
      </w:r>
    </w:p>
    <w:p>
      <w:r>
        <w:t>3. Comunicar la corrección a todos los terceros a quienes se haya cedido dicha información.</w:t>
      </w:r>
    </w:p>
    <w:p/>
    <w:p>
      <w:r>
        <w:t>Caso contrario, iniciaré acciones legales por daños y perjuicios.</w:t>
      </w:r>
    </w:p>
    <w:p/>
    <w:p>
      <w:r>
        <w:t>Atentamente,</w:t>
      </w:r>
    </w:p>
    <w:p>
      <w:r>
        <w:t>Firma</w:t>
      </w:r>
    </w:p>
    <w:p>
      <w:r>
        <w:t>Nombre y Apellido</w:t>
      </w:r>
    </w:p>
    <w:p>
      <w:r>
        <w:t>DNI</w:t>
      </w:r>
    </w:p>
    <w:p/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