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Carta Documento - Reclamo por Deuda Pagada No Actualizada</w:t>
      </w:r>
    </w:p>
    <w:p>
      <w:r>
        <w:t>[Nombre y Apellido del Remitente]</w:t>
      </w:r>
    </w:p>
    <w:p>
      <w:r>
        <w:t>[DNI: __________]</w:t>
      </w:r>
    </w:p>
    <w:p>
      <w:r>
        <w:t>[Domicilio: __________________________________________]</w:t>
      </w:r>
    </w:p>
    <w:p>
      <w:r>
        <w:t>[Email / Teléfono: ____________________________________]</w:t>
      </w:r>
    </w:p>
    <w:p/>
    <w:p>
      <w:r>
        <w:t>A: EQUIFAX ARGENTINA S.A. (VERAZ)</w:t>
      </w:r>
    </w:p>
    <w:p/>
    <w:p>
      <w:r>
        <w:t>Fecha: ___ / ___ / ______</w:t>
      </w:r>
    </w:p>
    <w:p/>
    <w:p>
      <w:r>
        <w:t>Me notifico que mantienen en sus registros una deuda vinculada a mi DNI, pese a encontrarse totalmente cancelada, conforme comprobante adjunto en mi reclamo administrativo original.</w:t>
      </w:r>
    </w:p>
    <w:p/>
    <w:p>
      <w:r>
        <w:t>Datos de la deuda:</w:t>
      </w:r>
    </w:p>
    <w:p>
      <w:r>
        <w:t>– Empresa: _______________________</w:t>
      </w:r>
    </w:p>
    <w:p>
      <w:r>
        <w:t>– Nº de cuenta / referencia: _______________________</w:t>
      </w:r>
    </w:p>
    <w:p>
      <w:r>
        <w:t>– Fecha de pago: ____/____/______</w:t>
      </w:r>
    </w:p>
    <w:p>
      <w:r>
        <w:t>– Monto cancelado: $_________________</w:t>
      </w:r>
    </w:p>
    <w:p/>
    <w:p>
      <w:r>
        <w:t>En virtud de la Ley 25.326, intimo a que dentro de 5 días hábiles:</w:t>
      </w:r>
    </w:p>
    <w:p>
      <w:r>
        <w:t>1. Actualicen el registro reflejando la cancelación total.</w:t>
      </w:r>
    </w:p>
    <w:p>
      <w:r>
        <w:t>2. Modifiquen mi situación crediticia en Veraz.</w:t>
      </w:r>
    </w:p>
    <w:p>
      <w:r>
        <w:t>3. Me notifiquen por escrito la rectificación realizada.</w:t>
      </w:r>
    </w:p>
    <w:p/>
    <w:p>
      <w:r>
        <w:t>De persistir el incumplimiento, iniciaré reclamo ante la Agencia de Acceso a la Información Pública y demandas por daños y perjuicios.</w:t>
      </w:r>
    </w:p>
    <w:p/>
    <w:p>
      <w:r>
        <w:t>Atentamente,</w:t>
      </w:r>
    </w:p>
    <w:p>
      <w:r>
        <w:t>Firma – Nombre – DNI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