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Carta Documento - Reclamo por Deuda Prescripta</w:t>
      </w:r>
    </w:p>
    <w:p>
      <w:r>
        <w:t>[Nombre y Apellido del Remitente]</w:t>
      </w:r>
    </w:p>
    <w:p>
      <w:r>
        <w:t>[DNI: __________]</w:t>
      </w:r>
    </w:p>
    <w:p>
      <w:r>
        <w:t>[Domicilio: __________________________________________]</w:t>
      </w:r>
    </w:p>
    <w:p/>
    <w:p>
      <w:r>
        <w:t>A: EQUIFAX ARGENTINA S.A. – VERAZ</w:t>
      </w:r>
    </w:p>
    <w:p>
      <w:r>
        <w:t>Av. Corrientes 311, C.A.B.A.</w:t>
      </w:r>
    </w:p>
    <w:p/>
    <w:p>
      <w:r>
        <w:t>Fecha: ___ / ___ / ______</w:t>
      </w:r>
    </w:p>
    <w:p/>
    <w:p>
      <w:r>
        <w:t>Por medio de la presente, intimo la rectificación de la información crediticia que registran sobre mi persona vinculada a una deuda cuya antigüedad supera los 5 (cinco) años, por lo que se encuentra legalmente prescripta, según art. 2560 del Código Civil y Comercial de la Nación.</w:t>
      </w:r>
    </w:p>
    <w:p/>
    <w:p>
      <w:r>
        <w:t>Detalle:</w:t>
      </w:r>
    </w:p>
    <w:p>
      <w:r>
        <w:t>– Entidad informante: ____________________</w:t>
      </w:r>
    </w:p>
    <w:p>
      <w:r>
        <w:t>– Fecha de mora: ________________________</w:t>
      </w:r>
    </w:p>
    <w:p>
      <w:r>
        <w:t>– Monto: $_____________________________</w:t>
      </w:r>
    </w:p>
    <w:p/>
    <w:p>
      <w:r>
        <w:t>Solicito:</w:t>
      </w:r>
    </w:p>
    <w:p>
      <w:r>
        <w:t>1. La eliminación inmediata de la información por encontrarse fuera del plazo legal.</w:t>
      </w:r>
    </w:p>
    <w:p>
      <w:r>
        <w:t>2. La notificación por escrito de la corrección.</w:t>
      </w:r>
    </w:p>
    <w:p>
      <w:r>
        <w:t>3. La comunicación de la rectificación a todos los terceros receptores.</w:t>
      </w:r>
    </w:p>
    <w:p/>
    <w:p>
      <w:r>
        <w:t>Intimo a que realicen lo solicitado dentro de los 5 días hábiles o iniciaré acciones administrativas y judiciales correspondientes.</w:t>
      </w:r>
    </w:p>
    <w:p/>
    <w:p>
      <w:r>
        <w:t>Atentamente,</w:t>
      </w:r>
    </w:p>
    <w:p>
      <w:r>
        <w:t>Firma – Nombre – DNI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